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F14C6" w14:textId="50F27EFE" w:rsidR="00653F59" w:rsidRPr="00487948" w:rsidRDefault="00653F59" w:rsidP="00653F59">
      <w:pPr>
        <w:pStyle w:val="a7"/>
        <w:jc w:val="center"/>
        <w:rPr>
          <w:rFonts w:ascii="HY헤드라인M" w:eastAsia="HY헤드라인M"/>
          <w:b/>
          <w:bCs/>
          <w:sz w:val="44"/>
          <w:szCs w:val="44"/>
          <w:lang w:eastAsia="ko-KR"/>
        </w:rPr>
      </w:pPr>
      <w:r>
        <w:rPr>
          <w:rFonts w:ascii="HY견고딕" w:eastAsia="HY견고딕" w:hint="eastAsia"/>
          <w:noProof/>
          <w:sz w:val="40"/>
          <w:szCs w:val="40"/>
        </w:rPr>
        <w:drawing>
          <wp:anchor distT="0" distB="0" distL="114300" distR="114300" simplePos="0" relativeHeight="251658752" behindDoc="0" locked="0" layoutInCell="1" allowOverlap="1" wp14:anchorId="44D8D23A" wp14:editId="3FB8E831">
            <wp:simplePos x="0" y="0"/>
            <wp:positionH relativeFrom="column">
              <wp:posOffset>59138</wp:posOffset>
            </wp:positionH>
            <wp:positionV relativeFrom="page">
              <wp:posOffset>596348</wp:posOffset>
            </wp:positionV>
            <wp:extent cx="880110" cy="828675"/>
            <wp:effectExtent l="0" t="0" r="0" b="9525"/>
            <wp:wrapNone/>
            <wp:docPr id="497524471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Y헤드라인M" w:eastAsia="HY헤드라인M" w:hint="eastAsia"/>
          <w:b/>
          <w:bCs/>
          <w:sz w:val="44"/>
          <w:szCs w:val="44"/>
          <w:lang w:eastAsia="ko-KR"/>
        </w:rPr>
        <w:t xml:space="preserve">    </w:t>
      </w:r>
      <w:r w:rsidRPr="004B5F03">
        <w:rPr>
          <w:rFonts w:ascii="HY헤드라인M" w:eastAsia="HY헤드라인M" w:hint="eastAsia"/>
          <w:b/>
          <w:bCs/>
          <w:sz w:val="44"/>
          <w:szCs w:val="44"/>
          <w:lang w:eastAsia="ko-KR"/>
        </w:rPr>
        <w:t>사단법인</w:t>
      </w:r>
      <w:r w:rsidRPr="00487948">
        <w:rPr>
          <w:rFonts w:ascii="HY헤드라인M" w:eastAsia="HY헤드라인M" w:hint="eastAsia"/>
          <w:b/>
          <w:bCs/>
          <w:sz w:val="40"/>
          <w:szCs w:val="40"/>
          <w:lang w:eastAsia="ko-KR"/>
        </w:rPr>
        <w:t xml:space="preserve"> </w:t>
      </w:r>
      <w:proofErr w:type="spellStart"/>
      <w:r w:rsidRPr="00487948">
        <w:rPr>
          <w:rFonts w:ascii="HY헤드라인M" w:eastAsia="HY헤드라인M" w:hint="eastAsia"/>
          <w:b/>
          <w:bCs/>
          <w:sz w:val="44"/>
          <w:szCs w:val="44"/>
          <w:lang w:eastAsia="ko-KR"/>
        </w:rPr>
        <w:t>대한선수트레이너협회</w:t>
      </w:r>
      <w:proofErr w:type="spellEnd"/>
    </w:p>
    <w:p w14:paraId="20CCC3A0" w14:textId="2120F33A" w:rsidR="00653F59" w:rsidRPr="00487948" w:rsidRDefault="00653F59" w:rsidP="00653F59">
      <w:pPr>
        <w:jc w:val="center"/>
        <w:rPr>
          <w:rFonts w:ascii="HY헤드라인M" w:eastAsia="HY헤드라인M"/>
          <w:b/>
          <w:bCs/>
          <w:w w:val="90"/>
          <w:sz w:val="32"/>
          <w:szCs w:val="18"/>
        </w:rPr>
      </w:pPr>
      <w:r>
        <w:rPr>
          <w:rFonts w:ascii="HY헤드라인M" w:eastAsia="HY헤드라인M" w:hint="eastAsia"/>
          <w:b/>
          <w:bCs/>
          <w:w w:val="90"/>
          <w:sz w:val="32"/>
          <w:szCs w:val="18"/>
          <w:lang w:eastAsia="ko-KR"/>
        </w:rPr>
        <w:t xml:space="preserve">       </w:t>
      </w:r>
      <w:r w:rsidRPr="00487948">
        <w:rPr>
          <w:rFonts w:ascii="HY헤드라인M" w:eastAsia="HY헤드라인M" w:hint="eastAsia"/>
          <w:b/>
          <w:bCs/>
          <w:w w:val="90"/>
          <w:sz w:val="32"/>
          <w:szCs w:val="18"/>
        </w:rPr>
        <w:t>Republic of Korea Athletic Trainers</w:t>
      </w:r>
      <w:r>
        <w:rPr>
          <w:rFonts w:ascii="HY헤드라인M" w:eastAsia="HY헤드라인M"/>
          <w:b/>
          <w:bCs/>
          <w:w w:val="90"/>
          <w:sz w:val="32"/>
          <w:szCs w:val="18"/>
        </w:rPr>
        <w:t>’</w:t>
      </w:r>
      <w:r w:rsidRPr="00487948">
        <w:rPr>
          <w:rFonts w:ascii="HY헤드라인M" w:eastAsia="HY헤드라인M" w:hint="eastAsia"/>
          <w:b/>
          <w:bCs/>
          <w:w w:val="90"/>
          <w:sz w:val="32"/>
          <w:szCs w:val="18"/>
        </w:rPr>
        <w:t xml:space="preserve"> Association</w:t>
      </w:r>
    </w:p>
    <w:p w14:paraId="6A79A6D7" w14:textId="7D222665" w:rsidR="00653F59" w:rsidRPr="00653F59" w:rsidRDefault="00653F59" w:rsidP="00653F59">
      <w:pPr>
        <w:pStyle w:val="a7"/>
        <w:tabs>
          <w:tab w:val="left" w:pos="9445"/>
        </w:tabs>
        <w:rPr>
          <w:rFonts w:eastAsia="맑은 고딕"/>
          <w:lang w:eastAsia="ko-KR"/>
        </w:rPr>
      </w:pPr>
      <w:r w:rsidRPr="007A706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027E84" wp14:editId="2DF800CF">
                <wp:simplePos x="0" y="0"/>
                <wp:positionH relativeFrom="column">
                  <wp:posOffset>27333</wp:posOffset>
                </wp:positionH>
                <wp:positionV relativeFrom="paragraph">
                  <wp:posOffset>87602</wp:posOffset>
                </wp:positionV>
                <wp:extent cx="6305384" cy="0"/>
                <wp:effectExtent l="0" t="0" r="0" b="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538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1214C" id="직선 연결선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15pt,6.9pt" to="498.6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" strokecolor="black [3213]" strokeweight="1.5pt"/>
            </w:pict>
          </mc:Fallback>
        </mc:AlternateContent>
      </w:r>
      <w:r>
        <w:tab/>
      </w:r>
    </w:p>
    <w:p w14:paraId="7D1C9B9A" w14:textId="4D8A707C" w:rsidR="001404AC" w:rsidRPr="001404AC" w:rsidRDefault="001404AC" w:rsidP="001404AC">
      <w:pPr>
        <w:pStyle w:val="a8"/>
        <w:pBdr>
          <w:bottom w:val="none" w:sz="0" w:space="0" w:color="auto"/>
        </w:pBdr>
        <w:spacing w:after="200"/>
        <w:jc w:val="center"/>
        <w:rPr>
          <w:rFonts w:ascii="맑은 고딕" w:eastAsia="맑은 고딕" w:hAnsi="맑은 고딕"/>
          <w:b/>
          <w:color w:val="000000"/>
          <w:sz w:val="8"/>
          <w:szCs w:val="14"/>
          <w:lang w:eastAsia="ko-KR"/>
        </w:rPr>
      </w:pPr>
      <w:r w:rsidRPr="001404AC">
        <w:rPr>
          <w:rFonts w:ascii="맑은 고딕" w:eastAsia="맑은 고딕" w:hAnsi="맑은 고딕" w:hint="eastAsia"/>
          <w:b/>
          <w:color w:val="000000"/>
          <w:sz w:val="8"/>
          <w:szCs w:val="14"/>
          <w:lang w:eastAsia="ko-KR"/>
        </w:rPr>
        <w:t xml:space="preserve"> </w:t>
      </w:r>
    </w:p>
    <w:p w14:paraId="7EE15770" w14:textId="78CA87C2" w:rsidR="00653F59" w:rsidRPr="001404AC" w:rsidRDefault="00BC7EEB" w:rsidP="001404AC">
      <w:pPr>
        <w:pStyle w:val="a8"/>
        <w:pBdr>
          <w:bottom w:val="none" w:sz="0" w:space="0" w:color="auto"/>
        </w:pBdr>
        <w:spacing w:after="200"/>
        <w:rPr>
          <w:rFonts w:ascii="맑은 고딕" w:eastAsia="맑은 고딕" w:hAnsi="맑은 고딕"/>
          <w:b/>
          <w:color w:val="000000"/>
          <w:sz w:val="36"/>
          <w:shd w:val="clear" w:color="auto" w:fill="D9D9D9" w:themeFill="background1" w:themeFillShade="D9"/>
          <w:lang w:eastAsia="ko-KR"/>
        </w:rPr>
      </w:pPr>
      <w:r w:rsidRPr="001404AC">
        <w:rPr>
          <w:rFonts w:ascii="맑은 고딕" w:eastAsia="맑은 고딕" w:hAnsi="맑은 고딕"/>
          <w:b/>
          <w:color w:val="000000"/>
          <w:sz w:val="36"/>
          <w:shd w:val="clear" w:color="auto" w:fill="D9D9D9" w:themeFill="background1" w:themeFillShade="D9"/>
          <w:lang w:eastAsia="ko-KR"/>
        </w:rPr>
        <w:t>김장열상 추천서</w:t>
      </w:r>
    </w:p>
    <w:p w14:paraId="577013F6" w14:textId="77777777" w:rsidR="00B646C2" w:rsidRDefault="00B646C2" w:rsidP="001404AC">
      <w:pPr>
        <w:spacing w:before="280" w:after="120"/>
        <w:rPr>
          <w:lang w:eastAsia="ko-KR"/>
        </w:rPr>
      </w:pPr>
      <w:r>
        <w:rPr>
          <w:b/>
          <w:sz w:val="24"/>
          <w:lang w:eastAsia="ko-KR"/>
        </w:rPr>
        <w:t>1. 후보자 정보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8403"/>
      </w:tblGrid>
      <w:tr w:rsidR="00B646C2" w14:paraId="78F94F61" w14:textId="77777777" w:rsidTr="009F72F1">
        <w:trPr>
          <w:jc w:val="center"/>
        </w:trPr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01BA9E49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성명</w:t>
            </w:r>
            <w:proofErr w:type="spellEnd"/>
          </w:p>
        </w:tc>
        <w:tc>
          <w:tcPr>
            <w:tcW w:w="8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F5708CB" w14:textId="77777777" w:rsidR="00B646C2" w:rsidRDefault="00B646C2" w:rsidP="009F72F1">
            <w:pPr>
              <w:spacing w:after="0"/>
            </w:pPr>
          </w:p>
        </w:tc>
      </w:tr>
      <w:tr w:rsidR="00B646C2" w14:paraId="7575E12B" w14:textId="77777777" w:rsidTr="009F72F1">
        <w:trPr>
          <w:jc w:val="center"/>
        </w:trPr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0F6721EB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소속</w:t>
            </w:r>
            <w:proofErr w:type="spellEnd"/>
            <w:r>
              <w:rPr>
                <w:b/>
              </w:rPr>
              <w:t xml:space="preserve"> 및 </w:t>
            </w:r>
            <w:proofErr w:type="spellStart"/>
            <w:r>
              <w:rPr>
                <w:b/>
              </w:rPr>
              <w:t>직위</w:t>
            </w:r>
            <w:proofErr w:type="spellEnd"/>
          </w:p>
        </w:tc>
        <w:tc>
          <w:tcPr>
            <w:tcW w:w="8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8CFA95" w14:textId="77777777" w:rsidR="00B646C2" w:rsidRDefault="00B646C2" w:rsidP="009F72F1">
            <w:pPr>
              <w:spacing w:after="0"/>
            </w:pPr>
          </w:p>
        </w:tc>
      </w:tr>
      <w:tr w:rsidR="00B646C2" w14:paraId="22CAB068" w14:textId="77777777" w:rsidTr="009F72F1">
        <w:trPr>
          <w:jc w:val="center"/>
        </w:trPr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464C33EC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생년월일</w:t>
            </w:r>
            <w:proofErr w:type="spellEnd"/>
          </w:p>
        </w:tc>
        <w:tc>
          <w:tcPr>
            <w:tcW w:w="8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470B488" w14:textId="77777777" w:rsidR="00B646C2" w:rsidRDefault="00B646C2" w:rsidP="009F72F1">
            <w:pPr>
              <w:spacing w:after="0"/>
            </w:pPr>
          </w:p>
        </w:tc>
      </w:tr>
      <w:tr w:rsidR="00B646C2" w14:paraId="78BC4E43" w14:textId="77777777" w:rsidTr="009F72F1">
        <w:trPr>
          <w:jc w:val="center"/>
        </w:trPr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54DE47F1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연락처</w:t>
            </w:r>
            <w:proofErr w:type="spellEnd"/>
          </w:p>
        </w:tc>
        <w:tc>
          <w:tcPr>
            <w:tcW w:w="8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7AD14C" w14:textId="77777777" w:rsidR="00B646C2" w:rsidRDefault="00B646C2" w:rsidP="009F72F1">
            <w:pPr>
              <w:spacing w:after="0"/>
            </w:pPr>
          </w:p>
        </w:tc>
      </w:tr>
      <w:tr w:rsidR="00B646C2" w14:paraId="2A93F29B" w14:textId="77777777" w:rsidTr="009F72F1">
        <w:trPr>
          <w:jc w:val="center"/>
        </w:trPr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6B1351B4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이메일</w:t>
            </w:r>
            <w:proofErr w:type="spellEnd"/>
          </w:p>
        </w:tc>
        <w:tc>
          <w:tcPr>
            <w:tcW w:w="8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325FD9" w14:textId="77777777" w:rsidR="00B646C2" w:rsidRDefault="00B646C2" w:rsidP="009F72F1">
            <w:pPr>
              <w:spacing w:after="0"/>
            </w:pPr>
          </w:p>
        </w:tc>
      </w:tr>
      <w:tr w:rsidR="00B646C2" w14:paraId="2D81D1C9" w14:textId="77777777" w:rsidTr="009F72F1">
        <w:trPr>
          <w:jc w:val="center"/>
        </w:trPr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08CEF7EF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주소</w:t>
            </w:r>
            <w:proofErr w:type="spellEnd"/>
          </w:p>
        </w:tc>
        <w:tc>
          <w:tcPr>
            <w:tcW w:w="8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70A3437" w14:textId="77777777" w:rsidR="00B646C2" w:rsidRDefault="00B646C2" w:rsidP="009F72F1">
            <w:pPr>
              <w:spacing w:after="0"/>
            </w:pPr>
          </w:p>
        </w:tc>
      </w:tr>
    </w:tbl>
    <w:p w14:paraId="6859E183" w14:textId="77777777" w:rsidR="00B646C2" w:rsidRDefault="00B646C2" w:rsidP="00B646C2">
      <w:pPr>
        <w:spacing w:before="280" w:after="120"/>
      </w:pPr>
      <w:r>
        <w:rPr>
          <w:b/>
          <w:sz w:val="24"/>
        </w:rPr>
        <w:t xml:space="preserve">2. </w:t>
      </w:r>
      <w:proofErr w:type="spellStart"/>
      <w:r>
        <w:rPr>
          <w:b/>
          <w:sz w:val="24"/>
        </w:rPr>
        <w:t>주요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경력</w:t>
      </w:r>
      <w:proofErr w:type="spellEnd"/>
      <w:r>
        <w:rPr>
          <w:b/>
          <w:sz w:val="24"/>
        </w:rPr>
        <w:t xml:space="preserve"> 및 </w:t>
      </w:r>
      <w:proofErr w:type="spellStart"/>
      <w:r>
        <w:rPr>
          <w:b/>
          <w:sz w:val="24"/>
        </w:rPr>
        <w:t>공적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개요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9962"/>
      </w:tblGrid>
      <w:tr w:rsidR="00B646C2" w14:paraId="724D74F2" w14:textId="77777777" w:rsidTr="009F72F1">
        <w:tc>
          <w:tcPr>
            <w:tcW w:w="99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2D4218" w14:textId="77777777" w:rsidR="00B646C2" w:rsidRDefault="00B646C2" w:rsidP="009F72F1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208C6D24" w14:textId="77777777" w:rsidR="00B646C2" w:rsidRDefault="00B646C2" w:rsidP="00B646C2">
      <w:pPr>
        <w:spacing w:before="280" w:after="120"/>
      </w:pPr>
      <w:r>
        <w:rPr>
          <w:b/>
          <w:sz w:val="24"/>
        </w:rPr>
        <w:t xml:space="preserve">3. </w:t>
      </w:r>
      <w:proofErr w:type="spellStart"/>
      <w:r>
        <w:rPr>
          <w:b/>
          <w:sz w:val="24"/>
        </w:rPr>
        <w:t>추천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사유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9962"/>
      </w:tblGrid>
      <w:tr w:rsidR="00B646C2" w14:paraId="2DC5E8D9" w14:textId="77777777" w:rsidTr="009F72F1">
        <w:tc>
          <w:tcPr>
            <w:tcW w:w="99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43B00E" w14:textId="77777777" w:rsidR="00B646C2" w:rsidRDefault="00B646C2" w:rsidP="009F72F1">
            <w:pPr>
              <w:spacing w:after="0"/>
              <w:rPr>
                <w:lang w:eastAsia="ko-KR"/>
              </w:rPr>
            </w:pPr>
            <w:r>
              <w:rPr>
                <w:lang w:eastAsia="ko-KR"/>
              </w:rPr>
              <w:t>가. 선수 트레이닝 또는 스포츠의학 분야에서의 주요 활동 및 공헌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br/>
            </w:r>
          </w:p>
        </w:tc>
      </w:tr>
      <w:tr w:rsidR="00B646C2" w14:paraId="564A5F51" w14:textId="77777777" w:rsidTr="009F72F1">
        <w:tc>
          <w:tcPr>
            <w:tcW w:w="99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1FC355" w14:textId="77777777" w:rsidR="00B646C2" w:rsidRDefault="00B646C2" w:rsidP="009F72F1">
            <w:pPr>
              <w:spacing w:after="0"/>
              <w:rPr>
                <w:lang w:eastAsia="ko-KR"/>
              </w:rPr>
            </w:pPr>
            <w:r>
              <w:rPr>
                <w:lang w:eastAsia="ko-KR"/>
              </w:rPr>
              <w:t>나. 선수 보호, 부상 예방, 재활 또는 응급처치와 관련된 주요 성과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br/>
            </w:r>
          </w:p>
          <w:p w14:paraId="1C82858E" w14:textId="77777777" w:rsidR="001404AC" w:rsidRDefault="001404AC" w:rsidP="009F72F1">
            <w:pPr>
              <w:spacing w:after="0"/>
              <w:rPr>
                <w:lang w:eastAsia="ko-KR"/>
              </w:rPr>
            </w:pPr>
          </w:p>
        </w:tc>
      </w:tr>
      <w:tr w:rsidR="00B646C2" w14:paraId="34F26356" w14:textId="77777777" w:rsidTr="009F72F1">
        <w:tc>
          <w:tcPr>
            <w:tcW w:w="99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37923E" w14:textId="77777777" w:rsidR="00B646C2" w:rsidRDefault="00B646C2" w:rsidP="009F72F1">
            <w:pPr>
              <w:spacing w:after="0"/>
              <w:rPr>
                <w:lang w:eastAsia="ko-KR"/>
              </w:rPr>
            </w:pPr>
            <w:r>
              <w:rPr>
                <w:lang w:eastAsia="ko-KR"/>
              </w:rPr>
              <w:lastRenderedPageBreak/>
              <w:t>다. 후학 양성, 동료 지원, 학술·연구·교육 활동 등 분야 발전 기여 내용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br/>
            </w:r>
          </w:p>
        </w:tc>
      </w:tr>
      <w:tr w:rsidR="00B646C2" w14:paraId="2914CD56" w14:textId="77777777" w:rsidTr="009F72F1">
        <w:tc>
          <w:tcPr>
            <w:tcW w:w="99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D9BC2C" w14:textId="77777777" w:rsidR="00B646C2" w:rsidRDefault="00B646C2" w:rsidP="009F72F1">
            <w:pPr>
              <w:spacing w:after="0"/>
              <w:rPr>
                <w:lang w:eastAsia="ko-KR"/>
              </w:rPr>
            </w:pPr>
            <w:r>
              <w:rPr>
                <w:lang w:eastAsia="ko-KR"/>
              </w:rPr>
              <w:t xml:space="preserve">라. </w:t>
            </w:r>
            <w:proofErr w:type="spellStart"/>
            <w:r>
              <w:rPr>
                <w:lang w:eastAsia="ko-KR"/>
              </w:rPr>
              <w:t>김장열</w:t>
            </w:r>
            <w:proofErr w:type="spellEnd"/>
            <w:r>
              <w:rPr>
                <w:lang w:eastAsia="ko-KR"/>
              </w:rPr>
              <w:t xml:space="preserve"> 선생님의 철학인 “선수를 위한 헌신”과 “동료를 돕는 나눔”을 실천한 사례</w:t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br/>
            </w:r>
            <w:r>
              <w:rPr>
                <w:lang w:eastAsia="ko-KR"/>
              </w:rPr>
              <w:br/>
            </w:r>
          </w:p>
        </w:tc>
      </w:tr>
    </w:tbl>
    <w:p w14:paraId="1E161E8E" w14:textId="77777777" w:rsidR="00B646C2" w:rsidRDefault="00B646C2" w:rsidP="00B646C2">
      <w:pPr>
        <w:spacing w:before="280" w:after="120"/>
      </w:pPr>
      <w:r>
        <w:rPr>
          <w:b/>
          <w:sz w:val="24"/>
        </w:rPr>
        <w:t xml:space="preserve">4. </w:t>
      </w:r>
      <w:proofErr w:type="spellStart"/>
      <w:r>
        <w:rPr>
          <w:b/>
          <w:sz w:val="24"/>
        </w:rPr>
        <w:t>참고</w:t>
      </w:r>
      <w:proofErr w:type="spellEnd"/>
      <w:r>
        <w:rPr>
          <w:b/>
          <w:sz w:val="24"/>
        </w:rPr>
        <w:t xml:space="preserve"> 및 </w:t>
      </w:r>
      <w:proofErr w:type="spellStart"/>
      <w:r>
        <w:rPr>
          <w:b/>
          <w:sz w:val="24"/>
        </w:rPr>
        <w:t>증빙자료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목록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9003"/>
      </w:tblGrid>
      <w:tr w:rsidR="00B646C2" w14:paraId="4A915257" w14:textId="77777777" w:rsidTr="009F72F1">
        <w:tc>
          <w:tcPr>
            <w:tcW w:w="9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6A6A6" w:themeFill="background1" w:themeFillShade="A6"/>
            <w:vAlign w:val="center"/>
          </w:tcPr>
          <w:p w14:paraId="519EFDE9" w14:textId="77777777" w:rsidR="00B646C2" w:rsidRDefault="00B646C2" w:rsidP="009F72F1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</w:rPr>
              <w:t>번호</w:t>
            </w:r>
            <w:proofErr w:type="spellEnd"/>
          </w:p>
        </w:tc>
        <w:tc>
          <w:tcPr>
            <w:tcW w:w="9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6A6A6" w:themeFill="background1" w:themeFillShade="A6"/>
            <w:vAlign w:val="center"/>
          </w:tcPr>
          <w:p w14:paraId="5B7FA2B1" w14:textId="77777777" w:rsidR="00B646C2" w:rsidRDefault="00B646C2" w:rsidP="009F72F1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</w:rPr>
              <w:t>자료명</w:t>
            </w:r>
            <w:proofErr w:type="spellEnd"/>
            <w:r>
              <w:rPr>
                <w:b/>
                <w:color w:val="FFFFFF"/>
              </w:rPr>
              <w:t xml:space="preserve"> 및 </w:t>
            </w:r>
            <w:proofErr w:type="spellStart"/>
            <w:r>
              <w:rPr>
                <w:b/>
                <w:color w:val="FFFFFF"/>
              </w:rPr>
              <w:t>내용</w:t>
            </w:r>
            <w:proofErr w:type="spellEnd"/>
          </w:p>
        </w:tc>
      </w:tr>
      <w:tr w:rsidR="00B646C2" w14:paraId="0564AFCD" w14:textId="77777777" w:rsidTr="009F72F1">
        <w:tc>
          <w:tcPr>
            <w:tcW w:w="9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10BEFA" w14:textId="77777777" w:rsidR="00B646C2" w:rsidRDefault="00B646C2" w:rsidP="009F72F1">
            <w:pPr>
              <w:spacing w:after="0"/>
              <w:jc w:val="center"/>
            </w:pPr>
            <w:r>
              <w:t>1</w:t>
            </w:r>
          </w:p>
        </w:tc>
        <w:tc>
          <w:tcPr>
            <w:tcW w:w="9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7B61D3" w14:textId="77777777" w:rsidR="00B646C2" w:rsidRDefault="00B646C2" w:rsidP="009F72F1">
            <w:pPr>
              <w:spacing w:after="0"/>
            </w:pPr>
          </w:p>
        </w:tc>
      </w:tr>
      <w:tr w:rsidR="00B646C2" w14:paraId="232167A8" w14:textId="77777777" w:rsidTr="009F72F1">
        <w:tc>
          <w:tcPr>
            <w:tcW w:w="9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2B8FE47" w14:textId="77777777" w:rsidR="00B646C2" w:rsidRDefault="00B646C2" w:rsidP="009F72F1">
            <w:pPr>
              <w:spacing w:after="0"/>
              <w:jc w:val="center"/>
            </w:pPr>
            <w:r>
              <w:t>2</w:t>
            </w:r>
          </w:p>
        </w:tc>
        <w:tc>
          <w:tcPr>
            <w:tcW w:w="9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FFA31E" w14:textId="77777777" w:rsidR="00B646C2" w:rsidRDefault="00B646C2" w:rsidP="009F72F1">
            <w:pPr>
              <w:spacing w:after="0"/>
            </w:pPr>
          </w:p>
        </w:tc>
      </w:tr>
      <w:tr w:rsidR="00B646C2" w14:paraId="6CDD123E" w14:textId="77777777" w:rsidTr="009F72F1">
        <w:tc>
          <w:tcPr>
            <w:tcW w:w="9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3925386" w14:textId="77777777" w:rsidR="00B646C2" w:rsidRDefault="00B646C2" w:rsidP="009F72F1">
            <w:pPr>
              <w:spacing w:after="0"/>
              <w:jc w:val="center"/>
            </w:pPr>
            <w:r>
              <w:t>3</w:t>
            </w:r>
          </w:p>
        </w:tc>
        <w:tc>
          <w:tcPr>
            <w:tcW w:w="90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9B1E10" w14:textId="77777777" w:rsidR="00B646C2" w:rsidRDefault="00B646C2" w:rsidP="009F72F1">
            <w:pPr>
              <w:spacing w:after="0"/>
            </w:pPr>
          </w:p>
        </w:tc>
      </w:tr>
    </w:tbl>
    <w:p w14:paraId="7811CAD5" w14:textId="77777777" w:rsidR="00B646C2" w:rsidRDefault="00B646C2" w:rsidP="00B646C2">
      <w:pPr>
        <w:spacing w:before="280" w:after="120"/>
      </w:pPr>
      <w:r>
        <w:rPr>
          <w:b/>
          <w:sz w:val="24"/>
        </w:rPr>
        <w:t xml:space="preserve">5. </w:t>
      </w:r>
      <w:proofErr w:type="spellStart"/>
      <w:r>
        <w:rPr>
          <w:b/>
          <w:sz w:val="24"/>
        </w:rPr>
        <w:t>추천인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정보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8262"/>
      </w:tblGrid>
      <w:tr w:rsidR="00B646C2" w14:paraId="64F5A23A" w14:textId="77777777" w:rsidTr="009F72F1"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5D9F4663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성명</w:t>
            </w:r>
            <w:proofErr w:type="spellEnd"/>
          </w:p>
        </w:tc>
        <w:tc>
          <w:tcPr>
            <w:tcW w:w="82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25C2B4B" w14:textId="77777777" w:rsidR="00B646C2" w:rsidRDefault="00B646C2" w:rsidP="009F72F1">
            <w:pPr>
              <w:spacing w:after="0"/>
            </w:pPr>
          </w:p>
        </w:tc>
      </w:tr>
      <w:tr w:rsidR="00B646C2" w14:paraId="775DF44B" w14:textId="77777777" w:rsidTr="009F72F1"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3E5D7DF0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소속</w:t>
            </w:r>
            <w:proofErr w:type="spellEnd"/>
            <w:r>
              <w:rPr>
                <w:b/>
              </w:rPr>
              <w:t xml:space="preserve"> 및 </w:t>
            </w:r>
            <w:proofErr w:type="spellStart"/>
            <w:r>
              <w:rPr>
                <w:b/>
              </w:rPr>
              <w:t>직위</w:t>
            </w:r>
            <w:proofErr w:type="spellEnd"/>
          </w:p>
        </w:tc>
        <w:tc>
          <w:tcPr>
            <w:tcW w:w="82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B52520" w14:textId="77777777" w:rsidR="00B646C2" w:rsidRDefault="00B646C2" w:rsidP="009F72F1">
            <w:pPr>
              <w:spacing w:after="0"/>
            </w:pPr>
          </w:p>
        </w:tc>
      </w:tr>
      <w:tr w:rsidR="00B646C2" w14:paraId="64BC8734" w14:textId="77777777" w:rsidTr="009F72F1"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6A71DFDF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후보자와의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관계</w:t>
            </w:r>
            <w:proofErr w:type="spellEnd"/>
          </w:p>
        </w:tc>
        <w:tc>
          <w:tcPr>
            <w:tcW w:w="82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A66D51" w14:textId="77777777" w:rsidR="00B646C2" w:rsidRDefault="00B646C2" w:rsidP="009F72F1">
            <w:pPr>
              <w:spacing w:after="0"/>
            </w:pPr>
          </w:p>
        </w:tc>
      </w:tr>
      <w:tr w:rsidR="00B646C2" w14:paraId="1662522D" w14:textId="77777777" w:rsidTr="009F72F1"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2F9BBA5F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연락처</w:t>
            </w:r>
            <w:proofErr w:type="spellEnd"/>
          </w:p>
        </w:tc>
        <w:tc>
          <w:tcPr>
            <w:tcW w:w="82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49983F" w14:textId="77777777" w:rsidR="00B646C2" w:rsidRDefault="00B646C2" w:rsidP="009F72F1">
            <w:pPr>
              <w:spacing w:after="0"/>
            </w:pPr>
          </w:p>
        </w:tc>
      </w:tr>
      <w:tr w:rsidR="00B646C2" w14:paraId="5A5E15D7" w14:textId="77777777" w:rsidTr="009F72F1">
        <w:trPr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 w:themeFill="background1" w:themeFillShade="F2"/>
            <w:vAlign w:val="center"/>
          </w:tcPr>
          <w:p w14:paraId="54F73F0B" w14:textId="77777777" w:rsidR="00B646C2" w:rsidRDefault="00B646C2" w:rsidP="009F72F1">
            <w:pPr>
              <w:spacing w:after="0"/>
              <w:jc w:val="distribute"/>
            </w:pPr>
            <w:proofErr w:type="spellStart"/>
            <w:r>
              <w:rPr>
                <w:b/>
              </w:rPr>
              <w:t>이메일</w:t>
            </w:r>
            <w:proofErr w:type="spellEnd"/>
          </w:p>
        </w:tc>
        <w:tc>
          <w:tcPr>
            <w:tcW w:w="82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C3A79C4" w14:textId="77777777" w:rsidR="00B646C2" w:rsidRDefault="00B646C2" w:rsidP="009F72F1">
            <w:pPr>
              <w:spacing w:after="0"/>
            </w:pPr>
          </w:p>
        </w:tc>
      </w:tr>
    </w:tbl>
    <w:p w14:paraId="6678B770" w14:textId="77777777" w:rsidR="00B646C2" w:rsidRDefault="00B646C2" w:rsidP="00B646C2">
      <w:pPr>
        <w:spacing w:before="280" w:after="160"/>
        <w:rPr>
          <w:b/>
          <w:lang w:eastAsia="ko-KR"/>
        </w:rPr>
      </w:pPr>
      <w:r>
        <w:rPr>
          <w:b/>
          <w:lang w:eastAsia="ko-KR"/>
        </w:rPr>
        <w:t xml:space="preserve">위 후보자를 </w:t>
      </w:r>
      <w:r>
        <w:rPr>
          <w:rFonts w:hint="eastAsia"/>
          <w:b/>
          <w:lang w:eastAsia="ko-KR"/>
        </w:rPr>
        <w:t xml:space="preserve">사단법인 </w:t>
      </w:r>
      <w:proofErr w:type="spellStart"/>
      <w:r>
        <w:rPr>
          <w:rFonts w:hint="eastAsia"/>
          <w:b/>
          <w:lang w:eastAsia="ko-KR"/>
        </w:rPr>
        <w:t>대한선수트레이너협회</w:t>
      </w:r>
      <w:proofErr w:type="spellEnd"/>
      <w:r>
        <w:rPr>
          <w:b/>
          <w:lang w:eastAsia="ko-KR"/>
        </w:rPr>
        <w:t xml:space="preserve"> 「김장열상」 수상 후보자로 추천합니다.</w:t>
      </w:r>
    </w:p>
    <w:p w14:paraId="402237D4" w14:textId="77777777" w:rsidR="00B646C2" w:rsidRDefault="00B646C2" w:rsidP="00B646C2">
      <w:pPr>
        <w:spacing w:before="280" w:after="160"/>
        <w:rPr>
          <w:lang w:eastAsia="ko-KR"/>
        </w:rPr>
      </w:pPr>
    </w:p>
    <w:p w14:paraId="7BC48851" w14:textId="77777777" w:rsidR="00B646C2" w:rsidRPr="00C3316D" w:rsidRDefault="00B646C2" w:rsidP="00B646C2">
      <w:pPr>
        <w:spacing w:after="240"/>
        <w:jc w:val="right"/>
        <w:rPr>
          <w:sz w:val="24"/>
          <w:szCs w:val="28"/>
          <w:lang w:eastAsia="ko-KR"/>
        </w:rPr>
      </w:pPr>
      <w:r w:rsidRPr="00C3316D">
        <w:rPr>
          <w:sz w:val="24"/>
          <w:szCs w:val="28"/>
          <w:lang w:eastAsia="ko-KR"/>
        </w:rPr>
        <w:t>20      년      월      일</w:t>
      </w:r>
    </w:p>
    <w:p w14:paraId="3DAE967E" w14:textId="77777777" w:rsidR="00B646C2" w:rsidRPr="00C3316D" w:rsidRDefault="00B646C2" w:rsidP="00B646C2">
      <w:pPr>
        <w:jc w:val="right"/>
        <w:rPr>
          <w:sz w:val="24"/>
          <w:szCs w:val="28"/>
          <w:lang w:eastAsia="ko-KR"/>
        </w:rPr>
      </w:pPr>
      <w:r w:rsidRPr="00C3316D">
        <w:rPr>
          <w:sz w:val="24"/>
          <w:szCs w:val="28"/>
          <w:lang w:eastAsia="ko-KR"/>
        </w:rPr>
        <w:t>추천인:                                      (서명 또는 인)</w:t>
      </w:r>
    </w:p>
    <w:p w14:paraId="4F5E36F8" w14:textId="3267E95B" w:rsidR="00763F73" w:rsidRPr="001404AC" w:rsidRDefault="00763F73" w:rsidP="001404AC">
      <w:pPr>
        <w:pStyle w:val="a8"/>
        <w:pBdr>
          <w:bottom w:val="none" w:sz="0" w:space="0" w:color="auto"/>
        </w:pBdr>
        <w:spacing w:after="200"/>
        <w:rPr>
          <w:rFonts w:eastAsia="맑은 고딕"/>
          <w:lang w:eastAsia="ko-KR"/>
        </w:rPr>
      </w:pPr>
    </w:p>
    <w:sectPr w:rsidR="00763F73" w:rsidRPr="001404A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72219" w14:textId="77777777" w:rsidR="00031935" w:rsidRDefault="00031935" w:rsidP="003B7264">
      <w:pPr>
        <w:spacing w:after="0" w:line="240" w:lineRule="auto"/>
      </w:pPr>
      <w:r>
        <w:separator/>
      </w:r>
    </w:p>
  </w:endnote>
  <w:endnote w:type="continuationSeparator" w:id="0">
    <w:p w14:paraId="5693FB3B" w14:textId="77777777" w:rsidR="00031935" w:rsidRDefault="00031935" w:rsidP="003B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61B33" w14:textId="55560FCE" w:rsidR="001404AC" w:rsidRPr="00363691" w:rsidRDefault="00363691" w:rsidP="00363691">
    <w:pPr>
      <w:pStyle w:val="a6"/>
      <w:jc w:val="center"/>
      <w:rPr>
        <w:sz w:val="16"/>
        <w:szCs w:val="18"/>
        <w:lang w:eastAsia="ko-KR"/>
      </w:rPr>
    </w:pPr>
    <w:r w:rsidRPr="00E30339">
      <w:rPr>
        <w:b/>
        <w:bCs/>
        <w:sz w:val="16"/>
        <w:szCs w:val="18"/>
      </w:rPr>
      <w:t>REPUBLIC OF KOREA ATHLETIC TRAINERS</w:t>
    </w:r>
    <w:r w:rsidRPr="00E30339">
      <w:rPr>
        <w:b/>
        <w:bCs/>
        <w:sz w:val="16"/>
        <w:szCs w:val="18"/>
        <w:lang w:eastAsia="ko-KR"/>
      </w:rPr>
      <w:t>’</w:t>
    </w:r>
    <w:r w:rsidRPr="00E30339">
      <w:rPr>
        <w:b/>
        <w:bCs/>
        <w:sz w:val="16"/>
        <w:szCs w:val="18"/>
      </w:rPr>
      <w:t xml:space="preserve"> ASSOCIATION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BA325" w14:textId="77777777" w:rsidR="00031935" w:rsidRDefault="00031935" w:rsidP="003B7264">
      <w:pPr>
        <w:spacing w:after="0" w:line="240" w:lineRule="auto"/>
      </w:pPr>
      <w:r>
        <w:separator/>
      </w:r>
    </w:p>
  </w:footnote>
  <w:footnote w:type="continuationSeparator" w:id="0">
    <w:p w14:paraId="05697672" w14:textId="77777777" w:rsidR="00031935" w:rsidRDefault="00031935" w:rsidP="003B7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467643">
    <w:abstractNumId w:val="8"/>
  </w:num>
  <w:num w:numId="2" w16cid:durableId="1651179860">
    <w:abstractNumId w:val="6"/>
  </w:num>
  <w:num w:numId="3" w16cid:durableId="1420977471">
    <w:abstractNumId w:val="5"/>
  </w:num>
  <w:num w:numId="4" w16cid:durableId="508564818">
    <w:abstractNumId w:val="4"/>
  </w:num>
  <w:num w:numId="5" w16cid:durableId="22025202">
    <w:abstractNumId w:val="7"/>
  </w:num>
  <w:num w:numId="6" w16cid:durableId="21712812">
    <w:abstractNumId w:val="3"/>
  </w:num>
  <w:num w:numId="7" w16cid:durableId="128936729">
    <w:abstractNumId w:val="2"/>
  </w:num>
  <w:num w:numId="8" w16cid:durableId="1792936724">
    <w:abstractNumId w:val="1"/>
  </w:num>
  <w:num w:numId="9" w16cid:durableId="2146119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935"/>
    <w:rsid w:val="00034616"/>
    <w:rsid w:val="0006063C"/>
    <w:rsid w:val="001404AC"/>
    <w:rsid w:val="0015074B"/>
    <w:rsid w:val="00160B9F"/>
    <w:rsid w:val="0029639D"/>
    <w:rsid w:val="00326F90"/>
    <w:rsid w:val="00363691"/>
    <w:rsid w:val="003B7264"/>
    <w:rsid w:val="00524024"/>
    <w:rsid w:val="00653F59"/>
    <w:rsid w:val="00763F73"/>
    <w:rsid w:val="00854499"/>
    <w:rsid w:val="0091503E"/>
    <w:rsid w:val="00AA1D8D"/>
    <w:rsid w:val="00B47730"/>
    <w:rsid w:val="00B646C2"/>
    <w:rsid w:val="00BC7EEB"/>
    <w:rsid w:val="00CB0664"/>
    <w:rsid w:val="00D75B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FAD15D"/>
  <w14:defaultImageDpi w14:val="300"/>
  <w15:docId w15:val="{5D7BAE9E-424E-4333-9343-838CF776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예진 신</cp:lastModifiedBy>
  <cp:revision>3</cp:revision>
  <dcterms:created xsi:type="dcterms:W3CDTF">2026-09-30T05:22:00Z</dcterms:created>
  <dcterms:modified xsi:type="dcterms:W3CDTF">2026-09-30T05:23:00Z</dcterms:modified>
  <cp:category/>
</cp:coreProperties>
</file>